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קורות חייו של מנחם בגין ואת חשיבותם ההיסטורית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דילמות ערכיות הקשורות להחלטות מנהיגות ולהבחין בין עובדה לפרשנות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חוזה השלום עם מצרים ואת תרומת הצדדים 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ניתוח מקורות קצרים וכתיבה רפלקטיבית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 היה מנחם בגין: ציר חיים מברסט ועד ירושלים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 (ברסט־ליטובסק)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בית"ר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הסובייטי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כחייל בצבא פולני שיצא מברית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מפקד האצ"ל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 היה מנחם בגין: ציר חיים מברסט ועד ירושלים – השלמת 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נחמו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עליזה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 היה מנחם בגין: ציר חיים מברסט ועד ירושלים – חשיבה והסקה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הצטרפות לבית"ר (1929) → מעצר סובייטי (1940) → עלייה לארץ (1942) → מינוי למפקד האצ"ל (1943); כל תחנה קידמה אותו לקראת עמדת מנהיגות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פתוחה המקשרת בין משמעות הניחום בשם לבין דרכו כמנהיג שליווה את העם בתקופות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הכוללת טענה, נימוק ודוגמה - למשל חוסן נפשי, נחישות או הזדהות עם סובלים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ממחתרת לממלכתיות: האצ״ל, אלטלנה והקמת תנועת החרות – הכרה בעובדות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בציר הזמן – סוף 1943 מונה למפקד האצ״ל.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הספינה הגיעה כשלושה שבועות אחרי חתימת ההסכם.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בכרטיס הדילמה ובציר הזמן.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בגין הורה לאנשיו שלא להשיב מלחמה, כדי למנוע מלחמת אחים.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ממחתרת לממלכתיות: האצ״ל, אלטלנה והקמת תנועת החרות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חלוקת הנשק שעל הספינה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תנועת החרות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ממחתרת לממלכתיות: האצ״ל, אלטלנה והקמת תנועת החרות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(לוחמי מחתרות שהוצאו להורג בידי הבריטים)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(העדפת טובת המדינה על פני אינטרס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(הפסקת אש במלחמת העצמאות, יוני 1948)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(מערכת מחנות העבודה בברית המועצות)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ממחתרת לממלכתיות: האצ״ל, אלטלנה והקמת תנועת החרות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האצ״ל חותם על הסכם להשתלבות בצה״ל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הספינה אלטלנה מגיעה עם עולים ונשק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עימות קשה ומותם של 19 לוחמים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נבחר לכנסת הראשונה בראש תנועת החרות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מנהיג וראש ממשלה: המהפך ודילמות של אחריות ממלכתית – שאלות 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הכור מסכן את אזרחי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מי שאינם בקואליציה ומבקרים את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מנהיג וראש ממשלה: המהפך ודילמות של אחריות ממלכתית – עובדות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ספינת סוחר ישראלית אספה 66 פליטים ממלכתית וייטנאם, והממשלה החליטה להעניק להם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ההחלטה זכתה גם לביקורת רבה בעולם ובישראל וגם לתמיכה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זהו העיקרון שעליו מבוססת הממלכתיות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מנהיג וראש ממשלה: המהפך ודילמות של אחריות ממלכתית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עיראק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מנהיג וראש ממשלה: המהפך ודילמות של אחריות ממלכתית – משחק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(העדפת טובת המדינה על פני אינטרס של 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(יחסים רגילים: שגרירויות, סחר, תיירות)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 שאינם בקואליציה ומבקרים את הממשלה)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(פרויקט לשיפור דיור ותשתיות בשכונות מצוקה)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(הגבלת כוחות צבאיים באזור)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השלום עם מצרים: מסאדאת בכנסת ועד חוזה השלום – מהעובדות הבסיסיות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19.11.1977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נסיגת ישראל מחצי האי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השלום עם מצרים: מסאדאת בכנסת ועד חוזה השלום – עוד עובדות וניסוח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קמפ דייוויד נחתמו בספטמבר 1978, וחוזה השלום נחתם במרץ 1979.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ימית פונתה כחלק מהנסיגה המלאה מחצי האי סיני.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השלום עם מצרים: מסאדאת בכנסת ועד חוזה השלום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שפיכות דמים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השלום עם מצרים: מסאדאת בכנסת ועד חוזה השלום – מיון סעיפי ההסכם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(שתיהן)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ניתוח מקורות ולשון המנהיג: מילים שעיצבו היסטוריה – זיהוי המקורות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ביוני 1948, בעקבות פרשת אלטלנה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בטקס חתימת חוזה השלום בוושינגטון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על פרישתו מראשות הממשלה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כולם עוסקים ברגעי הכרעה אישיים וערכיים של מנהיג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ניתוח מקורות ולשון המנהיג: מילים שעיצבו היסטוריה – התאמת מקור להקשרו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(קריאה למנוע מלחמת אחים בתוך העם)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(הכרזה על סיום מצב המלחמה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(הודאה אישית שאינו יכול להמשיך בתפקיד)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(ביטוי השלום הופיע בעברית ובערבית גם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(ביטוי שנקשר בזיכרון הציבורי לפרישת בגין)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ניתוח מקורות ולשון המנהיג: מילים שעיצבו היסטוריה – ניתוח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לדוגמה: הוא העדיף את אחדות העם וציות לסמכות הממשלה על פני עימות פנימי, גם במחיר אישי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לדוגמה: הדגשה שהשלום מיועד לשני העמים ולכלל האזור, לא רק להסכם מדיני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לדוגמה: מנהיג מודה בגבולות כוחו ופורש מרצון, דבר נדיר בקרב מנהיגים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לדוגמה: שניהם מבטאים שאיפה למנוע שפיכות דמים ולשמור על חיי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6 · התבוננות אישית: צניעות, מנהיגות וכתיבה מסכמת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העדפת טובת המדינה ומוסדותיה על פני אינטרס של קבוצה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התבוננות אישית: צניעות, מנהיגות וכתיבה מסכמת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באחד ההיגדים ברגע ההתבוננות.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נכתב שמותר למנהיג לשנות עמדה כשהנסיבות משתנות.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מופיע ברשימת הבדיקה למשימת הכתיבה.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תזכיר אירועים ברורים מציר הזמן ותסביר קשר ביניהם ולא רק תמנה אותם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לבדוק שהתלמיד/ה מציג/ה שני צדדים אמיתיים לדילמה ולא רק עמדה אחת, תוך שימוש במושגים כמו ממלכתיות או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מעמיקה תבחין בין תהליך קבלת ההחלטה לבין תוצאתה, ותדגים זאת דרך דוגמה קונקרטית מחיי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3-4 שיעורים: פרקים 1-2 בשיעור ראשון (ציר זמן ואצ״ל), פרק 3-4 בשני (ממלכתיות ושלום), פרקים 5-6 בשלישי (מקורות וכתיבה)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בציר הזמן ובמילון המושגים בלבד, ולוותר על משימת המכתב המורחבת או לקצרה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דיון השוואתי בין שתי דילמות שונות ולבקש נימוק מבוסס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את דיוני הדילמות בקבוצות קטנות לפני כתיבה אישית, כדי לאפשר שמיעת עמדות שונות לפני גיבוש עמדה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מנחם בגין: מנהיגות, צניעות ושלום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עברו על פרקי החוברת לפי הסדר, מהצעיר מנחם בגין ועד להכרעותיו כראש ממשלה. בכל פרק ענו על השאלות בעצמכם לפני שבודקים יחד בכיתה, ונמקו את תשובותיכם בדוגמאות מתוך האירועים שנלמדו.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 היה מנחם בגין: ציר חיים מברסט ועד ירושלים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 (ברסט־ליטובסק)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וילנה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לודז'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תנועת נוער הצטרף בגין בשנת 1929?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בית"ר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שלטון עצר את בגין בשנים 1940–1941?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הגרמני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כיצד הגיע בגין לארץ ישראל בשנת 1942?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כחייל בצבא פולני שיצא מברית המועצות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בהעפלה 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כפליט דרך תורכיה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ברגל דרך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לאיזה תפקיד מונה בגין בסוף 1943?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ציר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שר הביטחון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 היה מנחם בגין: ציר חיים מברסט ועד ירושלים – השלמת 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נולד בי"ג באב, שבת __________, ומכאן קיבל את שמו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בשנת 1939 מונה בגין לנציב בית"ר בפולין ונישא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1949 נבחר בגין לכנסת הראשונה בראש תנועת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בין 1940 ל-1941 נשלח בגין למחנה עבודה באזור __________ שברוסיה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בגין הגיע לארץ ישראל ב-1942 כחייל בצבא __________ שיצא מברית המועצות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 היה מנחם בגין: ציר חיים מברסט ועד ירושלים – חשיבה והסקה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סדרו לפי הציר הכרונולוגי: מעצר סובייטי, הצטרפות לבית"ר, מינוי למפקד האצ"ל, עלייה לארץ ישראל. הסבירו בקצרה כיצד כל תחנה הובילה לבאה אחריה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הקשר, לדעתכם/ן, בין נסיבות לידתו של בגין בשבת נחמו לבין חייו המאוחרים? נמקו בקצרה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כיצד יכלה תקופת המעצר במחנה העבודה הסובייטי להשפיע על בגין כמנהיג בהמשך חייו? הביאו טיעון מבוסס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ממחתרת לממלכתיות: האצ״ל, אלטלנה והקמת תנועת החרות – הכרה בעובדות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 בסוף שנת 1943.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פרשת אלטלנה אירעה לפני שהאצ״ל חתם על ההסכם להשתלבות בצה״ל.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במהלך העימות סביב הספינה אלטלנה נהרגו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הורה לאנשיו להשיב מלחמה כדי להגן על הספינה.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ממחתרת לממלכתיות: האצ״ל, אלטלנה והקמת תנועת החרות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היה הגורם המרכזי למחלוקת סביב הספינה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מיקום העגינה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חלוקת הנשק שעל הספינה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הקברניט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 העולים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תנועה הקים בגין בשנת 1948, לאחר פרשת אלטלנה?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תנועת החרות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המחתרת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ממחתרת לממלכתיות: האצ״ל, אלטלנה והקמת תנועת החרות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עולי הגרדום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לוחמי מחתרות שהוצאו להורג בידי הבריטים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ההפוגה הראשונה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מערכת מחנות העבודה בברית המועצות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גולאג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הפסקת אש במלחמת העצמאות, יוני 1948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ממחתרת לממלכתיות: האצ״ל, אלטלנה והקמת תנועת החרות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לכנסת הראשונה בראש תנועת החרות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הספינה אלטלנה מגיעה עם עולים ונשק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עימות קשה ומותם של 19 לוחמים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האצ״ל חותם על הסכם להשתלבות בצה״ל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מנהיג וראש ממשלה: המהפך ודילמות של אחריות ממלכתית – שאלות פתיחה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שנה התרחש "המהפך" והפך בגין לראש הממשלה?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1967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היתה הנמקת ממשלת בגין להפצצת הכור הגרעיני בעיראק ב-1981?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שיפור יחסי מסחר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הכור מסכן את אזרחי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בקשת מדינה שלישית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עידוד לנורמליזציה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"אופוזיציה"?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חברי הממשלה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 שאינם בקואליציה ומבקרים את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שגרירים זרים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צבא המדינה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מנהיג וראש ממשלה: המהפך ודילמות של אחריות ממלכתית – עובדות ומושגים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ב-1977 קלטה ממשלת בגין פליטים מווייטנאם שהגיעו בספינה ישראלית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ההחלטה להפציץ את הכור בעיראק זכתה לתמיכה מלאה בעולם ובישראל, ללא כל ביקורת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"ממלכתיות" פירושה העדפת טובת המדינה ומוסדותיה על פני אינטרס של קבוצה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מנהיג וראש ממשלה: המהפך ודילמות של אחריות ממלכתית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ב-7.6.1981 הפציץ חיל האוויר הישראלי כור גרעיני במדינת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ב-1977 אספה ספינת סוחר ישראלית פליטים מווייטנאם, וביניהם היו כ-__________ איש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מנהיג וראש ממשלה: המהפך ודילמות של אחריות ממלכתית – משחק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ממלכתיות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 שאינם בקואליציה ומבקרים את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נורמליזציה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פרויקט לשיפור דיור ותשתיות בשכונות מצוקה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אופוזיציה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העדפת טובת המדינה על פני אינטרס של 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שיקום שכונות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הגבלת כוחות צבאיים באזור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פירוז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יחסים רגילים: שגרירויות, סחר, תיירות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השלום עם מצרים: מסאדאת בכנסת ועד חוזה השלום – מהעובדות הבסיסיות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תאריך ביקר נשיא מצרים אנואר סאדאת בירושלים ונאם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19.11.1977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17.9.1978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26.3.1979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25.4.1982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הסתיים ב-25.4.1982, בהתאם לחוזה השלום?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נסיגת ישראל מחצי האי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חתימת חוזה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ביקור סאדאת בכנסת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טקס פרס נובל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השלום עם מצרים: מסאדאת בכנסת ועד חוזה השלום – עוד עובדות וניסוח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הסכמי קמפ דייוויד נחתמו לפני חוזה השלום בין ישראל למצרים.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העיר ימית נשארה תחת שליטה ישראלית גם אחרי חוזה השלום.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השלום עם מצרים: מסאדאת בכנסת ועד חוזה השלום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וסאדאת זכו יחד בפרס __________ לשלום בשנת 1978.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בנאומו בטקס החתימה אמר בגין: "לא עוד מלחמה, לא עוד __________, לא עוד שכול".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השלום עם מצרים: מסאדאת בכנסת ועד חוזה השלום – מיון סעיפי ההסכם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פינוי היישובים ובסיסי חיל האוויר בסיני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הכרה בישראל וכינון יחסים דיפלומטיים מלאים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מעבר חופשי לאוניות ישראליות בתעלת סואץ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שתיהן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סיום מצב המלחמה בין המדינות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ניתוח מקורות ולשון המנהיג: מילים שעיצבו היסטוריה – זיהוי המקורות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נאמרו דבריו של בגין במקור א', על 'מלחמת אחים'?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ביוני 1948, בעקבות פרשת אלטלנה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ב-1967, לפני מלחמת ששת הימים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ב-1977, בנאום הניצחון בבחירות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ב-1983, בהודעת הפרישה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היכן נישא נאומו של בגין במקור ב', שבו הוזכרה המילה 'שלום' בשלוש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בטקס חתימת חוזה השלום בוושינגטון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בכנסת, בביקור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בטקס פרס נובל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בישיבת ממשלה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על מה הודיע בגין במקור ג'?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פרישתו מראשות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חתימת חוזה השלום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הפצצת הכור בעיראק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הקמת תנועת החרות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משותף לשלושת המקורות מבחינת הנושא המרכזי?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עוסקים ברגעי הכרעה אישיים וערכיים של מנהיג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נכתבו באותה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עוסקים רק ביחסי ישראל-מצרים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נישאו בכנסת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ניתוח מקורות ולשון המנהיג: מילים שעיצבו היסטוריה – התאמת מקור להקשרו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מקור א' (אלטלנה, 1948)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הכרזה על סיום מצב המלחמה עם 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מקור ב' (טקס החתימה, 1979)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ביטוי השלום הופיע בעברית ובערבית גם יחד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מקור ג' (הודעת הפרישה, 1983)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ביטוי שנקשר בזיכרון הציבורי לפרישת בגין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שלוש השפות בנאום החתימה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הודאה אישית שאינו יכול להמשיך בתפקיד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'איני יכול עוד'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קריאה למנוע מלחמת אחים בתוך העם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ניתוח מקורות ולשון המנהיג: מילים שעיצבו היסטוריה – ניתוח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נמקו: מדוע בגין ביקש ממפקדיו שלא להשיב אש בפרשת אלטלנה, למרות הכעס והכאב?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ניתן ללמוד מהבחירה לומר 'שלום' בכמה שפות בטקס החתימה.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לדעתכם/ן, מדוע נחשבת הודעת הפרישה לרגע משמעותי בתולדות המנהיגות בישראל?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השוו בין מקור א' למקור ב': מהו הרעיון המשותף לשני המשפטים שבגין אמר?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6 · התבוננות אישית: צניעות, מנהיגות וכתיבה מסכמת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המושג "ממלכתיות" כפי שעולה ביחידה?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העדפת טובת המדינה ומוסדותיה על פני אינטרס של קבוצה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נאמנות מוחלטת למפלגה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הימנעות מקבלת החלטות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מתמדת על הממשלה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נקודות מבט לפחות צריך להציג במשימת "מכתב לבגין"?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התבוננות אישית: צניעות, מנהיגות וכתיבה מסכמת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ביחידה נכתב שצניעות אישית היא חלק מהמנהיגות, לא עניין פרטי.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רגע ההתבוננות, אסור בשום מצב למנהיג לשנות את עמדתו.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רשימת הבדיקה במכתב לבגין כוללת קישור לערך כמו ממלכתיות או שלום.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שלוש תחנות בחייו של בגין הכי מלמדות אתכם על הדרך שעשה מהמחתרת לראשות הממשלה, ולמה דווקא 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דילמה אחת מהאתר (אלטלנה, הכור, פליטי וייטנאם או הפינוי מסיני) ונסחו משפט אחד שמציג שני צדדים מנומקים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הכרעה נכונה לבין הכרעה שהתבררה כמוצלחת, ואיך זה קשור להחלטות שבגין קיבל?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מנחם בגין: מנהיגות, צניעות ושלום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